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特种设备使用安全责任承诺书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号；《中华人民共和国特种设备安全法》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一、安全总监承诺书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本人 ＿＿＿＿＿＿，现任 ＿＿＿＿＿＿＿＿＿＿（单位全称）特种设备安全总监。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本人已知悉并理解《特种设备使用单位落实使用安全主体责任监督管理规定》 （市场监管总局令第 74 号）及《特种设备使用管理规则》（TSG 08）对本人岗位职责的要求， 现郑重承诺：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认真履行安全总监职责，</w:t>
      </w:r>
      <w:r>
        <w:rPr>
          <w:rFonts w:ascii="宋体" w:hAnsi="宋体" w:eastAsia="宋体"/>
          <w:b/>
          <w:sz w:val="21"/>
        </w:rPr>
        <w:t>每周至少组织一次</w:t>
      </w:r>
      <w:r>
        <w:rPr>
          <w:rFonts w:ascii="宋体" w:hAnsi="宋体" w:eastAsia="宋体"/>
          <w:b w:val="0"/>
          <w:sz w:val="21"/>
        </w:rPr>
        <w:t>风险隐患排查，如实形成排查治理报告；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组织制定并落实安全管理制度、操作规程与安全风险管控清单；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组织隐患整改并跟踪验证闭环，做到</w:t>
      </w:r>
      <w:r>
        <w:rPr>
          <w:rFonts w:ascii="宋体" w:hAnsi="宋体" w:eastAsia="宋体"/>
          <w:b/>
          <w:sz w:val="21"/>
        </w:rPr>
        <w:t>件件有着落、事事有回音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发现重大风险隐患时，</w:t>
      </w:r>
      <w:r>
        <w:rPr>
          <w:rFonts w:ascii="宋体" w:hAnsi="宋体" w:eastAsia="宋体"/>
          <w:b/>
          <w:sz w:val="21"/>
        </w:rPr>
        <w:t>及时报告主要负责人并提出停止使用等否决建议</w:t>
      </w:r>
      <w:r>
        <w:rPr>
          <w:rFonts w:ascii="宋体" w:hAnsi="宋体" w:eastAsia="宋体"/>
          <w:b w:val="0"/>
          <w:sz w:val="21"/>
        </w:rPr>
        <w:t>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绝不因担心影响生产而隐瞒、拖延；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组织安全教育培训与应急演练，保证人员具备相应能力；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保证履职过程</w:t>
      </w:r>
      <w:r>
        <w:rPr>
          <w:rFonts w:ascii="宋体" w:hAnsi="宋体" w:eastAsia="宋体"/>
          <w:b/>
          <w:sz w:val="21"/>
        </w:rPr>
        <w:t>如实记录、可追溯</w:t>
      </w:r>
      <w:r>
        <w:rPr>
          <w:rFonts w:ascii="宋体" w:hAnsi="宋体" w:eastAsia="宋体"/>
          <w:b w:val="0"/>
          <w:sz w:val="21"/>
        </w:rPr>
        <w:t>，不伪造、不补记、不代签；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因本人履职不到位造成后果的，自愿承担相应责任。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承诺人签字</w:t>
      </w:r>
      <w:r>
        <w:rPr>
          <w:rFonts w:ascii="宋体" w:hAnsi="宋体" w:eastAsia="宋体"/>
          <w:b w:val="0"/>
          <w:sz w:val="21"/>
        </w:rPr>
        <w:t xml:space="preserve">：＿＿＿＿＿＿＿＿ 　</w:t>
      </w:r>
      <w:r>
        <w:rPr>
          <w:rFonts w:ascii="宋体" w:hAnsi="宋体" w:eastAsia="宋体"/>
          <w:b/>
          <w:sz w:val="21"/>
        </w:rPr>
        <w:t>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二、安全员承诺书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本人 ＿＿＿＿＿＿，现任 ＿＿＿＿＿＿＿＿＿＿（单位全称）特种设备安全员。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本人已知悉并理解《特种设备使用单位落实使用安全主体责任监督管理规定》 （市场监管总局令第 74 号）及《特种设备使用管理规则》（TSG 08）对本人岗位职责的要求， 现郑重承诺：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每日</w:t>
      </w:r>
      <w:r>
        <w:rPr>
          <w:rFonts w:ascii="宋体" w:hAnsi="宋体" w:eastAsia="宋体"/>
          <w:b w:val="0"/>
          <w:sz w:val="21"/>
        </w:rPr>
        <w:t>按安全风险管控清单逐项检查，如实填写《每日安全检查记录》；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检查中</w:t>
      </w:r>
      <w:r>
        <w:rPr>
          <w:rFonts w:ascii="宋体" w:hAnsi="宋体" w:eastAsia="宋体"/>
          <w:b/>
          <w:sz w:val="21"/>
        </w:rPr>
        <w:t>未发现问题的也如实记录</w:t>
      </w:r>
      <w:r>
        <w:rPr>
          <w:rFonts w:ascii="宋体" w:hAnsi="宋体" w:eastAsia="宋体"/>
          <w:b w:val="0"/>
          <w:sz w:val="21"/>
        </w:rPr>
        <w:t>，实行零风险报告，</w:t>
      </w:r>
      <w:r>
        <w:rPr>
          <w:rFonts w:ascii="宋体" w:hAnsi="宋体" w:eastAsia="宋体"/>
          <w:b/>
          <w:sz w:val="21"/>
        </w:rPr>
        <w:t>不空白、不补记、不代签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发现安全风险隐患，</w:t>
      </w:r>
      <w:r>
        <w:rPr>
          <w:rFonts w:ascii="宋体" w:hAnsi="宋体" w:eastAsia="宋体"/>
          <w:b/>
          <w:sz w:val="21"/>
        </w:rPr>
        <w:t>立即采取防范措施并及时上报</w:t>
      </w:r>
      <w:r>
        <w:rPr>
          <w:rFonts w:ascii="宋体" w:hAnsi="宋体" w:eastAsia="宋体"/>
          <w:b w:val="0"/>
          <w:sz w:val="21"/>
        </w:rPr>
        <w:t>，绝不瞒报、迟报；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发现严重隐患时</w:t>
      </w:r>
      <w:r>
        <w:rPr>
          <w:rFonts w:ascii="宋体" w:hAnsi="宋体" w:eastAsia="宋体"/>
          <w:b/>
          <w:sz w:val="21"/>
        </w:rPr>
        <w:t>立即建议停止使用</w:t>
      </w:r>
      <w:r>
        <w:rPr>
          <w:rFonts w:ascii="宋体" w:hAnsi="宋体" w:eastAsia="宋体"/>
          <w:b w:val="0"/>
          <w:sz w:val="21"/>
        </w:rPr>
        <w:t>该设备，并设置警示；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配合维保单位作业，核对维保项目并签认维保记录，发现未按期维保及时报告；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保证轿厢内使用登记标志、定期检验合格标志、维保标识齐全有效，应急电话可接通；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不接受违章指挥，对作业人员的违章行为及时制止和纠正；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因本人履职不到位造成后果的，自愿承担相应责任。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承诺人签字</w:t>
      </w:r>
      <w:r>
        <w:rPr>
          <w:rFonts w:ascii="宋体" w:hAnsi="宋体" w:eastAsia="宋体"/>
          <w:b w:val="0"/>
          <w:sz w:val="21"/>
        </w:rPr>
        <w:t xml:space="preserve">：＿＿＿＿＿＿＿＿ 　</w:t>
      </w:r>
      <w:r>
        <w:rPr>
          <w:rFonts w:ascii="宋体" w:hAnsi="宋体" w:eastAsia="宋体"/>
          <w:b/>
          <w:sz w:val="21"/>
        </w:rPr>
        <w:t>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三、单位确认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本单位已向上述人员书面明确岗位职责，并提供必要的履职条件与保障； 支持其依法依规履行职责，不对其依法履职行为进行干预或阻挠。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单位（盖章）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主要负责人签字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本承诺书建议</w:t>
      </w:r>
      <w:r>
        <w:rPr>
          <w:rFonts w:ascii="宋体" w:hAnsi="宋体" w:eastAsia="宋体"/>
          <w:b/>
          <w:sz w:val="21"/>
        </w:rPr>
        <w:t>与任命文件一并签署归档</w:t>
      </w:r>
      <w:r>
        <w:rPr>
          <w:rFonts w:ascii="宋体" w:hAnsi="宋体" w:eastAsia="宋体"/>
          <w:b w:val="0"/>
          <w:sz w:val="21"/>
        </w:rPr>
        <w:t>，作为履职留痕材料。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承诺书是</w:t>
      </w:r>
      <w:r>
        <w:rPr>
          <w:rFonts w:ascii="宋体" w:hAnsi="宋体" w:eastAsia="宋体"/>
          <w:b/>
          <w:sz w:val="21"/>
        </w:rPr>
        <w:t>尽职免责</w:t>
      </w:r>
      <w:r>
        <w:rPr>
          <w:rFonts w:ascii="宋体" w:hAnsi="宋体" w:eastAsia="宋体"/>
          <w:b w:val="0"/>
          <w:sz w:val="21"/>
        </w:rPr>
        <w:t>的重要凭证之一 —— 但前提是</w:t>
      </w:r>
      <w:r>
        <w:rPr>
          <w:rFonts w:ascii="宋体" w:hAnsi="宋体" w:eastAsia="宋体"/>
          <w:b/>
          <w:sz w:val="21"/>
        </w:rPr>
        <w:t>实际履职并如实留痕</w:t>
      </w:r>
      <w:r>
        <w:rPr>
          <w:rFonts w:ascii="宋体" w:hAnsi="宋体" w:eastAsia="宋体"/>
          <w:b w:val="0"/>
          <w:sz w:val="21"/>
        </w:rPr>
        <w:t>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仅有承诺书而无相应记录，不能替代履职证据。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人员变更时应重新签署。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建议将本承诺书与《安全总监职责清单》《安全员守则》一起，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放入该人员的</w:t>
      </w:r>
      <w:r>
        <w:rPr>
          <w:rFonts w:ascii="宋体" w:hAnsi="宋体" w:eastAsia="宋体"/>
          <w:b/>
          <w:sz w:val="21"/>
        </w:rPr>
        <w:t>人员管理档案</w:t>
      </w:r>
      <w:r>
        <w:rPr>
          <w:rFonts w:ascii="宋体" w:hAnsi="宋体" w:eastAsia="宋体"/>
          <w:b w:val="0"/>
          <w:sz w:val="21"/>
        </w:rPr>
        <w:t>中。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