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电梯维护保养记录签认表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 xml:space="preserve">：＿＿＿＿＿＿＿＿＿＿ </w:t>
      </w:r>
      <w:r>
        <w:rPr>
          <w:rFonts w:ascii="宋体" w:hAnsi="宋体" w:eastAsia="宋体"/>
          <w:b/>
          <w:sz w:val="21"/>
        </w:rPr>
        <w:t>设备编号</w:t>
      </w:r>
      <w:r>
        <w:rPr>
          <w:rFonts w:ascii="宋体" w:hAnsi="宋体" w:eastAsia="宋体"/>
          <w:b w:val="0"/>
          <w:sz w:val="21"/>
        </w:rPr>
        <w:t xml:space="preserve">：＿＿＿＿＿＿ ｜ </w:t>
      </w:r>
      <w:r>
        <w:rPr>
          <w:rFonts w:ascii="宋体" w:hAnsi="宋体" w:eastAsia="宋体"/>
          <w:b/>
          <w:sz w:val="21"/>
        </w:rPr>
        <w:t>年度</w:t>
      </w:r>
      <w:r>
        <w:rPr>
          <w:rFonts w:ascii="宋体" w:hAnsi="宋体" w:eastAsia="宋体"/>
          <w:b w:val="0"/>
          <w:sz w:val="21"/>
        </w:rPr>
        <w:t>：＿＿＿＿ 年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：电梯应由取得相应许可的单位实施维护保养，按法规要求</w:t>
      </w:r>
      <w:r>
        <w:rPr>
          <w:rFonts w:ascii="宋体" w:hAnsi="宋体" w:eastAsia="宋体"/>
          <w:b/>
          <w:sz w:val="21"/>
        </w:rPr>
        <w:t>每 15 天至少进行一次</w:t>
      </w:r>
      <w:r>
        <w:rPr>
          <w:rFonts w:ascii="宋体" w:hAnsi="宋体" w:eastAsia="宋体"/>
          <w:b w:val="0"/>
          <w:sz w:val="21"/>
        </w:rPr>
        <w:t>； 使用单位应对维保工作实施监督，并对维保记录</w:t>
      </w:r>
      <w:r>
        <w:rPr>
          <w:rFonts w:ascii="宋体" w:hAnsi="宋体" w:eastAsia="宋体"/>
          <w:b/>
          <w:sz w:val="21"/>
        </w:rPr>
        <w:t>签字确认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本表是</w:t>
      </w:r>
      <w:r>
        <w:rPr>
          <w:rFonts w:ascii="楷体" w:hAnsi="楷体" w:eastAsia="楷体"/>
          <w:b/>
          <w:color w:val="8A6A14"/>
          <w:sz w:val="20"/>
        </w:rPr>
        <w:t>使用单位侧</w:t>
      </w:r>
      <w:r>
        <w:rPr>
          <w:rFonts w:ascii="楷体" w:hAnsi="楷体" w:eastAsia="楷体"/>
          <w:b w:val="0"/>
          <w:color w:val="8A6A14"/>
          <w:sz w:val="20"/>
        </w:rPr>
        <w:t>的签认台账，用于核对维保单位履约情况。 维保单位自身应提供的《维护保养记录》由其出具，双方各自留档、相互印证。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一、年度维保履约台账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</w:tblGrid>
      <w:tr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序号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维保日期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距上次间隔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是否达标（≤15天）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维保单位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维保人员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项目是否齐全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发现问题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使用单位签认人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备注</w:t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16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17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18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19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20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21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22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23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24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一年应至少 24 次（每月约 2 次，间隔不超过 15 天）。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二、单次维保现场核对单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维保人员到场时，由安全员持本单现场逐项核对并签认。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维保日期</w:t>
      </w:r>
      <w:r>
        <w:rPr>
          <w:rFonts w:ascii="宋体" w:hAnsi="宋体" w:eastAsia="宋体"/>
          <w:b w:val="0"/>
          <w:sz w:val="21"/>
        </w:rPr>
        <w:t xml:space="preserve">：＿＿＿＿年＿＿月＿＿日 ｜ </w:t>
      </w:r>
      <w:r>
        <w:rPr>
          <w:rFonts w:ascii="宋体" w:hAnsi="宋体" w:eastAsia="宋体"/>
          <w:b/>
          <w:sz w:val="21"/>
        </w:rPr>
        <w:t>维保单位</w:t>
      </w:r>
      <w:r>
        <w:rPr>
          <w:rFonts w:ascii="宋体" w:hAnsi="宋体" w:eastAsia="宋体"/>
          <w:b w:val="0"/>
          <w:sz w:val="21"/>
        </w:rPr>
        <w:t xml:space="preserve">：＿＿＿＿＿＿ </w:t>
      </w:r>
      <w:r>
        <w:rPr>
          <w:rFonts w:ascii="宋体" w:hAnsi="宋体" w:eastAsia="宋体"/>
          <w:b/>
          <w:sz w:val="21"/>
        </w:rPr>
        <w:t>维保人员 / 证号</w:t>
      </w:r>
      <w:r>
        <w:rPr>
          <w:rFonts w:ascii="宋体" w:hAnsi="宋体" w:eastAsia="宋体"/>
          <w:b w:val="0"/>
          <w:sz w:val="21"/>
        </w:rPr>
        <w:t xml:space="preserve">：＿＿＿＿＿＿ ｜ </w:t>
      </w:r>
      <w:r>
        <w:rPr>
          <w:rFonts w:ascii="宋体" w:hAnsi="宋体" w:eastAsia="宋体"/>
          <w:b/>
          <w:sz w:val="21"/>
        </w:rPr>
        <w:t>到来时间</w:t>
      </w:r>
      <w:r>
        <w:rPr>
          <w:rFonts w:ascii="宋体" w:hAnsi="宋体" w:eastAsia="宋体"/>
          <w:b w:val="0"/>
          <w:sz w:val="21"/>
        </w:rPr>
        <w:t xml:space="preserve">：＿＿:＿＿ ｜ </w:t>
      </w:r>
      <w:r>
        <w:rPr>
          <w:rFonts w:ascii="宋体" w:hAnsi="宋体" w:eastAsia="宋体"/>
          <w:b/>
          <w:sz w:val="21"/>
        </w:rPr>
        <w:t>离开时间</w:t>
      </w:r>
      <w:r>
        <w:rPr>
          <w:rFonts w:ascii="宋体" w:hAnsi="宋体" w:eastAsia="宋体"/>
          <w:b w:val="0"/>
          <w:sz w:val="21"/>
        </w:rPr>
        <w:t>：＿＿:＿＿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核对事项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情况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维保人员是否持有效作业人员证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作业前是否设置警示围挡 / 告知使用单位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是否按维保项目表逐项作业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 / 轿门系统检查与调整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已做　□ 未做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门保护装置（光幕 / 安全触板）测试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已做　□ 未做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平层准确度检查调整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已做　□ 未做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运行平稳性检查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已做　□ 未做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警铃 / 对讲 / 五孔通话测试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已做　□ 未做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应急照明测试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已做　□ 未做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地坎沟槽清洁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已做　□ 未做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轿厢内标志标识检查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已做　□ 未做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机房（如有）检查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已做　□ 未做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是否填写并交付维护保养记录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是否书面告知发现的隐患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无隐患　□ 有，已告知</w:t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发现问题</w:t>
      </w:r>
      <w:r>
        <w:rPr>
          <w:rFonts w:ascii="宋体" w:hAnsi="宋体" w:eastAsia="宋体"/>
          <w:b w:val="0"/>
          <w:sz w:val="21"/>
        </w:rPr>
        <w:t>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问题描述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处理方式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是否需另派工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双方签字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单位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维保人员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使用单位（安全员）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三、年度维保履约评价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评价项目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结果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全年应维保次数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次（按每 15 天一次计）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实际维保次数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次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按期率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％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项目齐全率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％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隐患告知是否及时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及时　□ 不及时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困人到达时间是否符合合同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符合　□ 不符合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综合评价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优秀　□ 合格　□ 需整改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是否建议续约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建议　□ 不建议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本评价可作为下一年度</w:t>
      </w:r>
      <w:r>
        <w:rPr>
          <w:rFonts w:ascii="楷体" w:hAnsi="楷体" w:eastAsia="楷体"/>
          <w:b/>
          <w:color w:val="8A6A14"/>
          <w:sz w:val="20"/>
        </w:rPr>
        <w:t>是否继续委托该维保单位</w:t>
      </w:r>
      <w:r>
        <w:rPr>
          <w:rFonts w:ascii="楷体" w:hAnsi="楷体" w:eastAsia="楷体"/>
          <w:b w:val="0"/>
          <w:color w:val="8A6A14"/>
          <w:sz w:val="20"/>
        </w:rPr>
        <w:t>的依据。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&lt;br&gt;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汇总（安全员）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审核（安全总监）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