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安全培训签到表与考核记录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>：＿＿＿＿＿＿＿＿＿＿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：《特种设备使用管理规则》TSG 08 要求建立并保存人员培训记录； 市场监管总局令第 74 号要求留存安全总监、安全员的</w:t>
      </w:r>
      <w:r>
        <w:rPr>
          <w:rFonts w:ascii="宋体" w:hAnsi="宋体" w:eastAsia="宋体"/>
          <w:b/>
          <w:sz w:val="21"/>
        </w:rPr>
        <w:t>培训考核记录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一、培训基本信息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培训主题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培训类型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岗前培训　□ 定期培训　□ 专项培训　□ 事故案例教育　□ 应急演练配套培训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培训日期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＿＿＿＿年＿＿月＿＿日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培训时间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＿＿:＿＿ —— ＿＿:＿＿（共 ＿＿ 学时）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培训地点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主讲人 / 单位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组织人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应到 / 实到人数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/ 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缺席人员及补课安排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二、培训内容提纲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学时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建议内容组合：① 法规规范要点（特种设备安全法 / TSG 08 / 74 号令） ② 本单位安全管理制度与操作规程 ③ 安全风险管控清单与隐患识别 ④ 应急处置与困人救援配合 ⑤ 事故事例警示教育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三、签到表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部门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岗位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是否持证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联系电话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签名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四、考核记录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考核方式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考核内容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成绩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是否合格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补考情况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□笔试 □口试 □实操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□合格 □不合格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□笔试 □口试 □实操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□合格 □不合格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□笔试 □口试 □实操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□合格 □不合格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□笔试 □口试 □实操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□合格 □不合格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□笔试 □口试 □实操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□合格 □不合格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五、培训效果评价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评价项目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结论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参训人员掌握情况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良好　□ 一般　□ 较差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是否达到培训目标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达到　□ 部分达到　□ 未达到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需加强的内容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下次培训建议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&lt;br&gt;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组织人（安全总监）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主讲人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主要负责人（审阅）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使用说明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建议</w:t>
      </w:r>
      <w:r>
        <w:rPr>
          <w:rFonts w:ascii="宋体" w:hAnsi="宋体" w:eastAsia="宋体"/>
          <w:b/>
          <w:sz w:val="21"/>
        </w:rPr>
        <w:t>每月至少组织一次</w:t>
      </w:r>
      <w:r>
        <w:rPr>
          <w:rFonts w:ascii="宋体" w:hAnsi="宋体" w:eastAsia="宋体"/>
          <w:b w:val="0"/>
          <w:sz w:val="21"/>
        </w:rPr>
        <w:t>安全教育培训，并留存本表；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新员工上岗前应有</w:t>
      </w:r>
      <w:r>
        <w:rPr>
          <w:rFonts w:ascii="宋体" w:hAnsi="宋体" w:eastAsia="宋体"/>
          <w:b/>
          <w:sz w:val="21"/>
        </w:rPr>
        <w:t>岗前培训</w:t>
      </w:r>
      <w:r>
        <w:rPr>
          <w:rFonts w:ascii="宋体" w:hAnsi="宋体" w:eastAsia="宋体"/>
          <w:b w:val="0"/>
          <w:sz w:val="21"/>
        </w:rPr>
        <w:t>记录；安全总监、安全员变更后应</w:t>
      </w:r>
      <w:r>
        <w:rPr>
          <w:rFonts w:ascii="宋体" w:hAnsi="宋体" w:eastAsia="宋体"/>
          <w:b/>
          <w:sz w:val="21"/>
        </w:rPr>
        <w:t>及时培训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本表是迎检必查项 —— 检查人员常问"你们培训了吗、谁参加了、考核结果如何"，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凭本表可完整回答；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建议把培训照片一并打印附后</w:t>
      </w:r>
      <w:r>
        <w:rPr>
          <w:rFonts w:ascii="宋体" w:hAnsi="宋体" w:eastAsia="宋体"/>
          <w:b w:val="0"/>
          <w:sz w:val="21"/>
        </w:rPr>
        <w:t>，作为培训真实开展的佐证。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