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特种设备安全检查迎检自查表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</w:t>
      </w:r>
      <w:r>
        <w:rPr>
          <w:rFonts w:ascii="宋体" w:hAnsi="宋体" w:eastAsia="宋体"/>
          <w:b/>
          <w:sz w:val="21"/>
        </w:rPr>
        <w:t>自查日期</w:t>
      </w:r>
      <w:r>
        <w:rPr>
          <w:rFonts w:ascii="宋体" w:hAnsi="宋体" w:eastAsia="宋体"/>
          <w:b w:val="0"/>
          <w:sz w:val="21"/>
        </w:rPr>
        <w:t xml:space="preserve">：＿＿＿＿年＿＿月＿＿日 ｜ </w:t>
      </w:r>
      <w:r>
        <w:rPr>
          <w:rFonts w:ascii="宋体" w:hAnsi="宋体" w:eastAsia="宋体"/>
          <w:b/>
          <w:sz w:val="21"/>
        </w:rPr>
        <w:t>自查人</w:t>
      </w:r>
      <w:r>
        <w:rPr>
          <w:rFonts w:ascii="宋体" w:hAnsi="宋体" w:eastAsia="宋体"/>
          <w:b w:val="0"/>
          <w:sz w:val="21"/>
        </w:rPr>
        <w:t xml:space="preserve">：＿＿＿＿＿＿ </w:t>
      </w: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：《特种设备安全法》；TSG 08；市场监管总局令第 74 号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一、资料准备（检查人员最常先要的）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材料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是否齐备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存放位置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《特种设备使用登记证》（原件）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最近一次</w:t>
            </w:r>
            <w:r>
              <w:rPr>
                <w:rFonts w:ascii="宋体" w:hAnsi="宋体" w:eastAsia="宋体"/>
                <w:b/>
                <w:sz w:val="19"/>
              </w:rPr>
              <w:t>定期检验报告</w:t>
            </w:r>
            <w:r>
              <w:rPr>
                <w:rFonts w:ascii="宋体" w:hAnsi="宋体" w:eastAsia="宋体"/>
                <w:b w:val="0"/>
                <w:sz w:val="19"/>
              </w:rPr>
              <w:t>（原件）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定期检验合格标志（已贴轿厢内）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维保合同</w:t>
            </w:r>
            <w:r>
              <w:rPr>
                <w:rFonts w:ascii="宋体" w:hAnsi="宋体" w:eastAsia="宋体"/>
                <w:b w:val="0"/>
                <w:sz w:val="19"/>
              </w:rPr>
              <w:t>（在有效期内）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</w:t>
            </w:r>
            <w:r>
              <w:rPr>
                <w:rFonts w:ascii="宋体" w:hAnsi="宋体" w:eastAsia="宋体"/>
                <w:b/>
                <w:sz w:val="19"/>
              </w:rPr>
              <w:t>资质证明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维保记录（</w:t>
            </w:r>
            <w:r>
              <w:rPr>
                <w:rFonts w:ascii="宋体" w:hAnsi="宋体" w:eastAsia="宋体"/>
                <w:b/>
                <w:sz w:val="19"/>
              </w:rPr>
              <w:t>每 15 天至少一次</w:t>
            </w:r>
            <w:r>
              <w:rPr>
                <w:rFonts w:ascii="宋体" w:hAnsi="宋体" w:eastAsia="宋体"/>
                <w:b w:val="0"/>
                <w:sz w:val="19"/>
              </w:rPr>
              <w:t>，无缺次）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安全管理制度（9 项） / 制度汇编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安全风险管控清单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安全总监 / 安全员任命文件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职责清单 / 安全员守则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安全管理人员</w:t>
            </w:r>
            <w:r>
              <w:rPr>
                <w:rFonts w:ascii="宋体" w:hAnsi="宋体" w:eastAsia="宋体"/>
                <w:b/>
                <w:sz w:val="19"/>
              </w:rPr>
              <w:t>资格证书</w:t>
            </w:r>
            <w:r>
              <w:rPr>
                <w:rFonts w:ascii="宋体" w:hAnsi="宋体" w:eastAsia="宋体"/>
                <w:b w:val="0"/>
                <w:sz w:val="19"/>
              </w:rPr>
              <w:t>（在有效期内）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日管控记录</w:t>
            </w:r>
            <w:r>
              <w:rPr>
                <w:rFonts w:ascii="宋体" w:hAnsi="宋体" w:eastAsia="宋体"/>
                <w:b w:val="0"/>
                <w:sz w:val="19"/>
              </w:rPr>
              <w:t>（每日，含零风险报告）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周排查报告</w:t>
            </w:r>
            <w:r>
              <w:rPr>
                <w:rFonts w:ascii="宋体" w:hAnsi="宋体" w:eastAsia="宋体"/>
                <w:b w:val="0"/>
                <w:sz w:val="19"/>
              </w:rPr>
              <w:t>（每周）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月调度会议纪要</w:t>
            </w:r>
            <w:r>
              <w:rPr>
                <w:rFonts w:ascii="宋体" w:hAnsi="宋体" w:eastAsia="宋体"/>
                <w:b w:val="0"/>
                <w:sz w:val="19"/>
              </w:rPr>
              <w:t>（每月）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隐患整改记录（含闭环）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培训记录与签到表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事故应急专项预案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应急演练记录（</w:t>
            </w:r>
            <w:r>
              <w:rPr>
                <w:rFonts w:ascii="宋体" w:hAnsi="宋体" w:eastAsia="宋体"/>
                <w:b/>
                <w:sz w:val="19"/>
              </w:rPr>
              <w:t>每年至少一次</w:t>
            </w:r>
            <w:r>
              <w:rPr>
                <w:rFonts w:ascii="宋体" w:hAnsi="宋体" w:eastAsia="宋体"/>
                <w:b w:val="0"/>
                <w:sz w:val="19"/>
              </w:rPr>
              <w:t>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特种设备台账 / 人员台账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安全技术档案（逐台）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二、现场状态（到现场第一眼看到的）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状态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问题说明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</w:t>
            </w:r>
            <w:r>
              <w:rPr>
                <w:rFonts w:ascii="宋体" w:hAnsi="宋体" w:eastAsia="宋体"/>
                <w:b/>
                <w:sz w:val="19"/>
              </w:rPr>
              <w:t>使用登记标志</w:t>
            </w:r>
            <w:r>
              <w:rPr>
                <w:rFonts w:ascii="宋体" w:hAnsi="宋体" w:eastAsia="宋体"/>
                <w:b w:val="0"/>
                <w:sz w:val="19"/>
              </w:rPr>
              <w:t>齐全、清晰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</w:t>
            </w:r>
            <w:r>
              <w:rPr>
                <w:rFonts w:ascii="宋体" w:hAnsi="宋体" w:eastAsia="宋体"/>
                <w:b/>
                <w:sz w:val="19"/>
              </w:rPr>
              <w:t>定期检验合格标志</w:t>
            </w:r>
            <w:r>
              <w:rPr>
                <w:rFonts w:ascii="宋体" w:hAnsi="宋体" w:eastAsia="宋体"/>
                <w:b w:val="0"/>
                <w:sz w:val="19"/>
              </w:rPr>
              <w:t>在有效期内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</w:t>
            </w:r>
            <w:r>
              <w:rPr>
                <w:rFonts w:ascii="宋体" w:hAnsi="宋体" w:eastAsia="宋体"/>
                <w:b/>
                <w:sz w:val="19"/>
              </w:rPr>
              <w:t>维保标识</w:t>
            </w:r>
            <w:r>
              <w:rPr>
                <w:rFonts w:ascii="宋体" w:hAnsi="宋体" w:eastAsia="宋体"/>
                <w:b w:val="0"/>
                <w:sz w:val="19"/>
              </w:rPr>
              <w:t>齐全（含维保单位与电话）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</w:t>
            </w:r>
            <w:r>
              <w:rPr>
                <w:rFonts w:ascii="宋体" w:hAnsi="宋体" w:eastAsia="宋体"/>
                <w:b/>
                <w:sz w:val="19"/>
              </w:rPr>
              <w:t>应急电话标识</w:t>
            </w:r>
            <w:r>
              <w:rPr>
                <w:rFonts w:ascii="宋体" w:hAnsi="宋体" w:eastAsia="宋体"/>
                <w:b w:val="0"/>
                <w:sz w:val="19"/>
              </w:rPr>
              <w:t>清晰、可接通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警铃 / 对讲</w:t>
            </w:r>
            <w:r>
              <w:rPr>
                <w:rFonts w:ascii="宋体" w:hAnsi="宋体" w:eastAsia="宋体"/>
                <w:b w:val="0"/>
                <w:sz w:val="19"/>
              </w:rPr>
              <w:t>按下有回应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应急照明</w:t>
            </w:r>
            <w:r>
              <w:rPr>
                <w:rFonts w:ascii="宋体" w:hAnsi="宋体" w:eastAsia="宋体"/>
                <w:b w:val="0"/>
                <w:sz w:val="19"/>
              </w:rPr>
              <w:t>可点亮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轿厢照明、通风正常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层门、轿门开闭顺畅，无异响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层门关闭后</w:t>
            </w:r>
            <w:r>
              <w:rPr>
                <w:rFonts w:ascii="宋体" w:hAnsi="宋体" w:eastAsia="宋体"/>
                <w:b/>
                <w:sz w:val="19"/>
              </w:rPr>
              <w:t>不能从外侧推开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平层准确，无明显高差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运行平稳，无明显抖动或撞击声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地坎沟槽无杂物、无变形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轿厢内整洁，无杂物堆放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机房（如有）整洁、门窗上锁、无渗漏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电梯内无违规张贴的广告遮挡标志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 □ 不合格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三、管理动作（检查人员常问的"做了没有"）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是否做到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佐证材料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已明确本单位为使用单位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物业合同 / 管理职责文件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已书面任命安全总监、安全员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任命文件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安全总监、安全员</w:t>
            </w:r>
            <w:r>
              <w:rPr>
                <w:rFonts w:ascii="宋体" w:hAnsi="宋体" w:eastAsia="宋体"/>
                <w:b/>
                <w:sz w:val="19"/>
              </w:rPr>
              <w:t>持证且未过期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证书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已建立"日管控、周排查、月调度"机制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三套记录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三套记录</w:t>
            </w:r>
            <w:r>
              <w:rPr>
                <w:rFonts w:ascii="宋体" w:hAnsi="宋体" w:eastAsia="宋体"/>
                <w:b/>
                <w:sz w:val="19"/>
              </w:rPr>
              <w:t>逐日 / 逐周 / 逐月无缺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记录册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三套记录</w:t>
            </w:r>
            <w:r>
              <w:rPr>
                <w:rFonts w:ascii="宋体" w:hAnsi="宋体" w:eastAsia="宋体"/>
                <w:b/>
                <w:sz w:val="19"/>
              </w:rPr>
              <w:t>问题相互呼应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记录册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已按要求开展</w:t>
            </w:r>
            <w:r>
              <w:rPr>
                <w:rFonts w:ascii="宋体" w:hAnsi="宋体" w:eastAsia="宋体"/>
                <w:b/>
                <w:sz w:val="19"/>
              </w:rPr>
              <w:t>月度定期自行检查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月度自查记录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已核对维保单位按期维保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维保台账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</w:t>
            </w:r>
            <w:r>
              <w:rPr>
                <w:rFonts w:ascii="宋体" w:hAnsi="宋体" w:eastAsia="宋体"/>
                <w:b/>
                <w:sz w:val="19"/>
              </w:rPr>
              <w:t>整改闭环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隐患整改通知单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已制定事故应急专项预案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预案文本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每年至少一次</w:t>
            </w:r>
            <w:r>
              <w:rPr>
                <w:rFonts w:ascii="宋体" w:hAnsi="宋体" w:eastAsia="宋体"/>
                <w:b w:val="0"/>
                <w:sz w:val="19"/>
              </w:rPr>
              <w:t>应急演练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演练记录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已开展安全教育培训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签到表、考核记录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逐台建立安全技术档案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档案盒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在广东平台认领设备并录入人员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平台截图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制度、预案</w:t>
            </w:r>
            <w:r>
              <w:rPr>
                <w:rFonts w:ascii="宋体" w:hAnsi="宋体" w:eastAsia="宋体"/>
                <w:b/>
                <w:sz w:val="19"/>
              </w:rPr>
              <w:t>每年评审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评审记录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四、自查发现问题清单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问题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类别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整改措施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期限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状态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□资料 □现场 □管理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□已闭环 □整改中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五、自查结论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结论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资料准备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齐备　□ 基本齐备，缺：＿＿＿＿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现场状态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良好　□ 存在问题，已列入整改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管理动作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到位　□ 部分缺失，缺：＿＿＿＿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总体判断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□ </w:t>
            </w:r>
            <w:r>
              <w:rPr>
                <w:rFonts w:ascii="宋体" w:hAnsi="宋体" w:eastAsia="宋体"/>
                <w:b/>
                <w:sz w:val="19"/>
              </w:rPr>
              <w:t>可以迎检</w:t>
            </w:r>
            <w:r>
              <w:rPr>
                <w:rFonts w:ascii="宋体" w:hAnsi="宋体" w:eastAsia="宋体"/>
                <w:b w:val="0"/>
                <w:sz w:val="19"/>
              </w:rPr>
              <w:t xml:space="preserve">　□ 需整改后再迎检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预计完成整改日期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自查人（安全员）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复核（安全总监）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检查人员最常问的五个问题（提前想好答案）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问题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建议准备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"你们的安全总监是谁？有任命文件吗？"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出示任命文件 + 证书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"日管控记录在哪里？最近的给我看。"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拿出当月的每日检查记录册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"上个月发现的问题整改了吗？"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出示隐患整改通知单（含验证签字）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"维保多久来一次？记录呢？"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出示维保记录台账（间隔不超 15 天）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"演练做过吗？"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出示演练记录 + 照片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</w:t>
      </w:r>
      <w:r>
        <w:rPr>
          <w:rFonts w:ascii="宋体" w:hAnsi="宋体" w:eastAsia="宋体"/>
          <w:b/>
          <w:sz w:val="21"/>
        </w:rPr>
        <w:t>每季度自查一次</w:t>
      </w:r>
      <w:r>
        <w:rPr>
          <w:rFonts w:ascii="宋体" w:hAnsi="宋体" w:eastAsia="宋体"/>
          <w:b w:val="0"/>
          <w:sz w:val="21"/>
        </w:rPr>
        <w:t>；收到检查通知后</w:t>
      </w:r>
      <w:r>
        <w:rPr>
          <w:rFonts w:ascii="宋体" w:hAnsi="宋体" w:eastAsia="宋体"/>
          <w:b/>
          <w:sz w:val="21"/>
        </w:rPr>
        <w:t>立即再自查一次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自查发现的问题应列入隐患台账并跟踪闭环，</w:t>
      </w:r>
      <w:r>
        <w:rPr>
          <w:rFonts w:ascii="宋体" w:hAnsi="宋体" w:eastAsia="宋体"/>
          <w:b/>
          <w:sz w:val="21"/>
        </w:rPr>
        <w:t>不要只填表不整改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本表可作为《每月安全调度会议纪要》的输入材料。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